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E9A62" w14:textId="77777777" w:rsidR="00450890" w:rsidRDefault="00577AFA">
      <w:pPr>
        <w:spacing w:after="40"/>
        <w:jc w:val="center"/>
      </w:pPr>
      <w:r>
        <w:rPr>
          <w:b/>
        </w:rPr>
        <w:t>C</w:t>
      </w:r>
      <w:r>
        <w:rPr>
          <w:b/>
        </w:rPr>
        <w:t>Ộ</w:t>
      </w:r>
      <w:r>
        <w:rPr>
          <w:b/>
        </w:rPr>
        <w:t>NG HÒA XÃ H</w:t>
      </w:r>
      <w:r>
        <w:rPr>
          <w:b/>
        </w:rPr>
        <w:t>Ộ</w:t>
      </w:r>
      <w:r>
        <w:rPr>
          <w:b/>
        </w:rPr>
        <w:t>I CH</w:t>
      </w:r>
      <w:r>
        <w:rPr>
          <w:b/>
        </w:rPr>
        <w:t>Ủ</w:t>
      </w:r>
      <w:r>
        <w:rPr>
          <w:b/>
        </w:rPr>
        <w:t xml:space="preserve"> NGHĨA VI</w:t>
      </w:r>
      <w:r>
        <w:rPr>
          <w:b/>
        </w:rPr>
        <w:t>Ệ</w:t>
      </w:r>
      <w:r>
        <w:rPr>
          <w:b/>
        </w:rPr>
        <w:t>T NAM</w:t>
      </w:r>
    </w:p>
    <w:p w14:paraId="26357E71" w14:textId="77777777" w:rsidR="00450890" w:rsidRDefault="00577AFA">
      <w:pPr>
        <w:spacing w:after="40"/>
        <w:jc w:val="center"/>
      </w:pPr>
      <w:r>
        <w:rPr>
          <w:b/>
        </w:rPr>
        <w:t>Đ</w:t>
      </w:r>
      <w:r>
        <w:rPr>
          <w:b/>
        </w:rPr>
        <w:t>ộ</w:t>
      </w:r>
      <w:r>
        <w:rPr>
          <w:b/>
        </w:rPr>
        <w:t>c l</w:t>
      </w:r>
      <w:r>
        <w:rPr>
          <w:b/>
        </w:rPr>
        <w:t>ậ</w:t>
      </w:r>
      <w:r>
        <w:rPr>
          <w:b/>
        </w:rPr>
        <w:t>p - T</w:t>
      </w:r>
      <w:r>
        <w:rPr>
          <w:b/>
        </w:rPr>
        <w:t>ự</w:t>
      </w:r>
      <w:r>
        <w:rPr>
          <w:b/>
        </w:rPr>
        <w:t xml:space="preserve"> do - H</w:t>
      </w:r>
      <w:r>
        <w:rPr>
          <w:b/>
        </w:rPr>
        <w:t>ạ</w:t>
      </w:r>
      <w:r>
        <w:rPr>
          <w:b/>
        </w:rPr>
        <w:t>nh phúc</w:t>
      </w:r>
    </w:p>
    <w:p w14:paraId="6D406A8C" w14:textId="77777777" w:rsidR="00450890" w:rsidRDefault="00577AFA">
      <w:pPr>
        <w:spacing w:after="40"/>
        <w:jc w:val="center"/>
      </w:pPr>
      <w:r>
        <w:t>---------------</w:t>
      </w:r>
    </w:p>
    <w:p w14:paraId="5B447139" w14:textId="77777777" w:rsidR="00450890" w:rsidRDefault="00450890"/>
    <w:p w14:paraId="6BB874FE" w14:textId="77777777" w:rsidR="00450890" w:rsidRDefault="00577AFA">
      <w:pPr>
        <w:spacing w:after="40"/>
        <w:jc w:val="center"/>
      </w:pPr>
      <w:r>
        <w:rPr>
          <w:b/>
        </w:rPr>
        <w:t>GI</w:t>
      </w:r>
      <w:r>
        <w:rPr>
          <w:b/>
        </w:rPr>
        <w:t>Ấ</w:t>
      </w:r>
      <w:r>
        <w:rPr>
          <w:b/>
        </w:rPr>
        <w:t xml:space="preserve">Y </w:t>
      </w:r>
      <w:r>
        <w:rPr>
          <w:b/>
        </w:rPr>
        <w:t>Ủ</w:t>
      </w:r>
      <w:r>
        <w:rPr>
          <w:b/>
        </w:rPr>
        <w:t>Y QUY</w:t>
      </w:r>
      <w:r>
        <w:rPr>
          <w:b/>
        </w:rPr>
        <w:t>Ề</w:t>
      </w:r>
      <w:r>
        <w:rPr>
          <w:b/>
        </w:rPr>
        <w:t>N</w:t>
      </w:r>
    </w:p>
    <w:p w14:paraId="1E6D1396" w14:textId="77777777" w:rsidR="00450890" w:rsidRDefault="00577AFA">
      <w:pPr>
        <w:spacing w:after="40"/>
        <w:jc w:val="center"/>
      </w:pPr>
      <w:r>
        <w:t>(V/v đăng ký nhãn hi</w:t>
      </w:r>
      <w:r>
        <w:t>ệ</w:t>
      </w:r>
      <w:r>
        <w:t>u)</w:t>
      </w:r>
    </w:p>
    <w:p w14:paraId="599516C4" w14:textId="77777777" w:rsidR="00450890" w:rsidRDefault="00450890"/>
    <w:p w14:paraId="47973CA9" w14:textId="77777777" w:rsidR="00450890" w:rsidRDefault="00577AFA">
      <w:pPr>
        <w:spacing w:after="40"/>
      </w:pPr>
      <w:r>
        <w:t>- Căn c</w:t>
      </w:r>
      <w:r>
        <w:t>ứ</w:t>
      </w:r>
      <w:r>
        <w:t xml:space="preserve"> B</w:t>
      </w:r>
      <w:r>
        <w:t>ộ</w:t>
      </w:r>
      <w:r>
        <w:t xml:space="preserve"> lu</w:t>
      </w:r>
      <w:r>
        <w:t>ậ</w:t>
      </w:r>
      <w:r>
        <w:t>t Dân s</w:t>
      </w:r>
      <w:r>
        <w:t>ự</w:t>
      </w:r>
      <w:r>
        <w:t xml:space="preserve"> năm 2015;</w:t>
      </w:r>
    </w:p>
    <w:p w14:paraId="0FFF08F9" w14:textId="77777777" w:rsidR="00450890" w:rsidRDefault="00577AFA">
      <w:pPr>
        <w:spacing w:after="40"/>
      </w:pPr>
      <w:r>
        <w:t>- Căn c</w:t>
      </w:r>
      <w:r>
        <w:t>ứ</w:t>
      </w:r>
      <w:r>
        <w:t xml:space="preserve"> Lu</w:t>
      </w:r>
      <w:r>
        <w:t>ậ</w:t>
      </w:r>
      <w:r>
        <w:t>t S</w:t>
      </w:r>
      <w:r>
        <w:t>ở</w:t>
      </w:r>
      <w:r>
        <w:t xml:space="preserve"> h</w:t>
      </w:r>
      <w:r>
        <w:t>ữ</w:t>
      </w:r>
      <w:r>
        <w:t>u trí tu</w:t>
      </w:r>
      <w:r>
        <w:t>ệ</w:t>
      </w:r>
      <w:r>
        <w:t xml:space="preserve"> năm 2005 (s</w:t>
      </w:r>
      <w:r>
        <w:t>ử</w:t>
      </w:r>
      <w:r>
        <w:t>a đ</w:t>
      </w:r>
      <w:r>
        <w:t>ổ</w:t>
      </w:r>
      <w:r>
        <w:t>i, b</w:t>
      </w:r>
      <w:r>
        <w:t>ổ</w:t>
      </w:r>
      <w:r>
        <w:t xml:space="preserve"> sung năm 2009, 2019, 2022 và 2025);</w:t>
      </w:r>
    </w:p>
    <w:p w14:paraId="4607E94F" w14:textId="77777777" w:rsidR="00450890" w:rsidRDefault="00577AFA">
      <w:pPr>
        <w:spacing w:after="40"/>
      </w:pPr>
      <w:r>
        <w:t>- Căn c</w:t>
      </w:r>
      <w:r>
        <w:t>ứ</w:t>
      </w:r>
      <w:r>
        <w:t xml:space="preserve"> </w:t>
      </w:r>
      <w:r>
        <w:t>Ngh</w:t>
      </w:r>
      <w:r>
        <w:t>ị</w:t>
      </w:r>
      <w:r>
        <w:t xml:space="preserve"> đ</w:t>
      </w:r>
      <w:r>
        <w:t>ị</w:t>
      </w:r>
      <w:r>
        <w:t>nh 65/2023/NĐ-CP quy đ</w:t>
      </w:r>
      <w:r>
        <w:t>ị</w:t>
      </w:r>
      <w:r>
        <w:t>nh chi ti</w:t>
      </w:r>
      <w:r>
        <w:t>ế</w:t>
      </w:r>
      <w:r>
        <w:t>t m</w:t>
      </w:r>
      <w:r>
        <w:t>ộ</w:t>
      </w:r>
      <w:r>
        <w:t>t s</w:t>
      </w:r>
      <w:r>
        <w:t>ố</w:t>
      </w:r>
      <w:r>
        <w:t xml:space="preserve"> đi</w:t>
      </w:r>
      <w:r>
        <w:t>ề</w:t>
      </w:r>
      <w:r>
        <w:t>u và bi</w:t>
      </w:r>
      <w:r>
        <w:t>ệ</w:t>
      </w:r>
      <w:r>
        <w:t>n pháp thi hành Lu</w:t>
      </w:r>
      <w:r>
        <w:t>ậ</w:t>
      </w:r>
      <w:r>
        <w:t>t S</w:t>
      </w:r>
      <w:r>
        <w:t>ở</w:t>
      </w:r>
      <w:r>
        <w:t xml:space="preserve"> h</w:t>
      </w:r>
      <w:r>
        <w:t>ữ</w:t>
      </w:r>
      <w:r>
        <w:t>u trí tu</w:t>
      </w:r>
      <w:r>
        <w:t>ệ</w:t>
      </w:r>
      <w:r>
        <w:t xml:space="preserve"> v</w:t>
      </w:r>
      <w:r>
        <w:t>ề</w:t>
      </w:r>
      <w:r>
        <w:t xml:space="preserve"> s</w:t>
      </w:r>
      <w:r>
        <w:t>ở</w:t>
      </w:r>
      <w:r>
        <w:t xml:space="preserve"> h</w:t>
      </w:r>
      <w:r>
        <w:t>ữ</w:t>
      </w:r>
      <w:r>
        <w:t>u công nghi</w:t>
      </w:r>
      <w:r>
        <w:t>ệ</w:t>
      </w:r>
      <w:r>
        <w:t>p;</w:t>
      </w:r>
    </w:p>
    <w:p w14:paraId="388E6606" w14:textId="77777777" w:rsidR="00450890" w:rsidRDefault="00577AFA">
      <w:pPr>
        <w:spacing w:after="40"/>
      </w:pPr>
      <w:r>
        <w:t>- Căn c</w:t>
      </w:r>
      <w:r>
        <w:t>ứ</w:t>
      </w:r>
      <w:r>
        <w:t xml:space="preserve"> vào nhu c</w:t>
      </w:r>
      <w:r>
        <w:t>ầ</w:t>
      </w:r>
      <w:r>
        <w:t>u c</w:t>
      </w:r>
      <w:r>
        <w:t>ủ</w:t>
      </w:r>
      <w:r>
        <w:t>a các bên.</w:t>
      </w:r>
    </w:p>
    <w:p w14:paraId="49ECC45A" w14:textId="77777777" w:rsidR="00450890" w:rsidRDefault="00450890"/>
    <w:p w14:paraId="1B35982D" w14:textId="77777777" w:rsidR="00450890" w:rsidRDefault="00577AFA">
      <w:pPr>
        <w:spacing w:after="40"/>
      </w:pPr>
      <w:r>
        <w:rPr>
          <w:b/>
        </w:rPr>
        <w:t xml:space="preserve">BÊN </w:t>
      </w:r>
      <w:r>
        <w:rPr>
          <w:b/>
        </w:rPr>
        <w:t>Ủ</w:t>
      </w:r>
      <w:r>
        <w:rPr>
          <w:b/>
        </w:rPr>
        <w:t>Y QUY</w:t>
      </w:r>
      <w:r>
        <w:rPr>
          <w:b/>
        </w:rPr>
        <w:t>Ề</w:t>
      </w:r>
      <w:r>
        <w:rPr>
          <w:b/>
        </w:rPr>
        <w:t>N (BÊN A):</w:t>
      </w:r>
    </w:p>
    <w:p w14:paraId="721BA3E7" w14:textId="77777777" w:rsidR="00450890" w:rsidRDefault="00577AFA">
      <w:pPr>
        <w:spacing w:after="40"/>
      </w:pPr>
      <w:r>
        <w:t>Tên t</w:t>
      </w:r>
      <w:r>
        <w:t>ổ</w:t>
      </w:r>
      <w:r>
        <w:t xml:space="preserve"> ch</w:t>
      </w:r>
      <w:r>
        <w:t>ứ</w:t>
      </w:r>
      <w:r>
        <w:t>c/cá nhân:</w:t>
      </w:r>
    </w:p>
    <w:p w14:paraId="296BBF8B" w14:textId="77777777" w:rsidR="00450890" w:rsidRDefault="00577AFA">
      <w:pPr>
        <w:spacing w:after="40"/>
      </w:pPr>
      <w:r>
        <w:t>Mã s</w:t>
      </w:r>
      <w:r>
        <w:t>ố</w:t>
      </w:r>
      <w:r>
        <w:t xml:space="preserve"> doanh nghi</w:t>
      </w:r>
      <w:r>
        <w:t>ệ</w:t>
      </w:r>
      <w:r>
        <w:t>p/S</w:t>
      </w:r>
      <w:r>
        <w:t>ố</w:t>
      </w:r>
      <w:r>
        <w:t xml:space="preserve"> CCCD:</w:t>
      </w:r>
    </w:p>
    <w:p w14:paraId="259FFD42" w14:textId="77777777" w:rsidR="00450890" w:rsidRDefault="00577AFA">
      <w:pPr>
        <w:spacing w:after="40"/>
      </w:pPr>
      <w:r>
        <w:t>Đ</w:t>
      </w:r>
      <w:r>
        <w:t>ị</w:t>
      </w:r>
      <w:r>
        <w:t>a ch</w:t>
      </w:r>
      <w:r>
        <w:t>ỉ</w:t>
      </w:r>
      <w:r>
        <w:t>:</w:t>
      </w:r>
    </w:p>
    <w:p w14:paraId="05C38494" w14:textId="77777777" w:rsidR="00450890" w:rsidRDefault="00577AFA">
      <w:pPr>
        <w:spacing w:after="40"/>
      </w:pPr>
      <w:r>
        <w:t>Ngư</w:t>
      </w:r>
      <w:r>
        <w:t>ờ</w:t>
      </w:r>
      <w:r>
        <w:t>i đ</w:t>
      </w:r>
      <w:r>
        <w:t>ạ</w:t>
      </w:r>
      <w:r>
        <w:t>i di</w:t>
      </w:r>
      <w:r>
        <w:t>ệ</w:t>
      </w:r>
      <w:r>
        <w:t>n: ......</w:t>
      </w:r>
      <w:r>
        <w:t>.................................. Ch</w:t>
      </w:r>
      <w:r>
        <w:t>ứ</w:t>
      </w:r>
      <w:r>
        <w:t>c v</w:t>
      </w:r>
      <w:r>
        <w:t>ụ</w:t>
      </w:r>
      <w:r>
        <w:t>:</w:t>
      </w:r>
    </w:p>
    <w:p w14:paraId="38C1CCB3" w14:textId="77777777" w:rsidR="00450890" w:rsidRDefault="00577AFA">
      <w:pPr>
        <w:spacing w:after="40"/>
      </w:pPr>
      <w:r>
        <w:t>Đi</w:t>
      </w:r>
      <w:r>
        <w:t>ệ</w:t>
      </w:r>
      <w:r>
        <w:t>n tho</w:t>
      </w:r>
      <w:r>
        <w:t>ạ</w:t>
      </w:r>
      <w:r>
        <w:t>i: ........................................ Email:</w:t>
      </w:r>
    </w:p>
    <w:p w14:paraId="7DD6CBEF" w14:textId="77777777" w:rsidR="00450890" w:rsidRDefault="00450890"/>
    <w:p w14:paraId="345A9905" w14:textId="77777777" w:rsidR="00450890" w:rsidRDefault="00577AFA">
      <w:pPr>
        <w:spacing w:after="40"/>
      </w:pPr>
      <w:r>
        <w:rPr>
          <w:b/>
        </w:rPr>
        <w:t>BÊN NH</w:t>
      </w:r>
      <w:r>
        <w:rPr>
          <w:b/>
        </w:rPr>
        <w:t>Ậ</w:t>
      </w:r>
      <w:r>
        <w:rPr>
          <w:b/>
        </w:rPr>
        <w:t xml:space="preserve">N </w:t>
      </w:r>
      <w:r>
        <w:rPr>
          <w:b/>
        </w:rPr>
        <w:t>Ủ</w:t>
      </w:r>
      <w:r>
        <w:rPr>
          <w:b/>
        </w:rPr>
        <w:t>Y QUY</w:t>
      </w:r>
      <w:r>
        <w:rPr>
          <w:b/>
        </w:rPr>
        <w:t>Ề</w:t>
      </w:r>
      <w:r>
        <w:rPr>
          <w:b/>
        </w:rPr>
        <w:t>N (BÊN B):</w:t>
      </w:r>
    </w:p>
    <w:p w14:paraId="12AD1EC6" w14:textId="77777777" w:rsidR="00450890" w:rsidRDefault="00577AFA">
      <w:pPr>
        <w:spacing w:after="40"/>
      </w:pPr>
      <w:r>
        <w:t>Tên t</w:t>
      </w:r>
      <w:r>
        <w:t>ổ</w:t>
      </w:r>
      <w:r>
        <w:t xml:space="preserve"> ch</w:t>
      </w:r>
      <w:r>
        <w:t>ứ</w:t>
      </w:r>
      <w:r>
        <w:t>c/cá nhân:</w:t>
      </w:r>
    </w:p>
    <w:p w14:paraId="1682501F" w14:textId="77777777" w:rsidR="00450890" w:rsidRDefault="00577AFA">
      <w:pPr>
        <w:spacing w:after="40"/>
      </w:pPr>
      <w:r>
        <w:t>Mã s</w:t>
      </w:r>
      <w:r>
        <w:t>ố</w:t>
      </w:r>
      <w:r>
        <w:t xml:space="preserve"> đ</w:t>
      </w:r>
      <w:r>
        <w:t>ạ</w:t>
      </w:r>
      <w:r>
        <w:t>i di</w:t>
      </w:r>
      <w:r>
        <w:t>ệ</w:t>
      </w:r>
      <w:r>
        <w:t>n s</w:t>
      </w:r>
      <w:r>
        <w:t>ở</w:t>
      </w:r>
      <w:r>
        <w:t xml:space="preserve"> h</w:t>
      </w:r>
      <w:r>
        <w:t>ữ</w:t>
      </w:r>
      <w:r>
        <w:t>u công nghi</w:t>
      </w:r>
      <w:r>
        <w:t>ệ</w:t>
      </w:r>
      <w:r>
        <w:t>p (n</w:t>
      </w:r>
      <w:r>
        <w:t>ế</w:t>
      </w:r>
      <w:r>
        <w:t>u có):</w:t>
      </w:r>
    </w:p>
    <w:p w14:paraId="204885F6" w14:textId="77777777" w:rsidR="00450890" w:rsidRDefault="00577AFA">
      <w:pPr>
        <w:spacing w:after="40"/>
      </w:pPr>
      <w:r>
        <w:t>Đ</w:t>
      </w:r>
      <w:r>
        <w:t>ị</w:t>
      </w:r>
      <w:r>
        <w:t>a ch</w:t>
      </w:r>
      <w:r>
        <w:t>ỉ</w:t>
      </w:r>
      <w:r>
        <w:t>:</w:t>
      </w:r>
    </w:p>
    <w:p w14:paraId="1947F9E6" w14:textId="77777777" w:rsidR="00450890" w:rsidRDefault="00577AFA">
      <w:pPr>
        <w:spacing w:after="40"/>
      </w:pPr>
      <w:r>
        <w:t>Ngư</w:t>
      </w:r>
      <w:r>
        <w:t>ờ</w:t>
      </w:r>
      <w:r>
        <w:t>i đ</w:t>
      </w:r>
      <w:r>
        <w:t>ạ</w:t>
      </w:r>
      <w:r>
        <w:t>i di</w:t>
      </w:r>
      <w:r>
        <w:t>ệ</w:t>
      </w:r>
      <w:r>
        <w:t>n: ..................................</w:t>
      </w:r>
      <w:r>
        <w:t>...... Ch</w:t>
      </w:r>
      <w:r>
        <w:t>ứ</w:t>
      </w:r>
      <w:r>
        <w:t>c v</w:t>
      </w:r>
      <w:r>
        <w:t>ụ</w:t>
      </w:r>
      <w:r>
        <w:t>:</w:t>
      </w:r>
    </w:p>
    <w:p w14:paraId="794AA3A0" w14:textId="77777777" w:rsidR="00450890" w:rsidRDefault="00450890"/>
    <w:p w14:paraId="3F741E5F" w14:textId="77777777" w:rsidR="00450890" w:rsidRDefault="00577AFA">
      <w:pPr>
        <w:spacing w:after="40"/>
      </w:pPr>
      <w:r>
        <w:rPr>
          <w:b/>
        </w:rPr>
        <w:t>N</w:t>
      </w:r>
      <w:r>
        <w:rPr>
          <w:b/>
        </w:rPr>
        <w:t>Ộ</w:t>
      </w:r>
      <w:r>
        <w:rPr>
          <w:b/>
        </w:rPr>
        <w:t xml:space="preserve">I DUNG </w:t>
      </w:r>
      <w:r>
        <w:rPr>
          <w:b/>
        </w:rPr>
        <w:t>Ủ</w:t>
      </w:r>
      <w:r>
        <w:rPr>
          <w:b/>
        </w:rPr>
        <w:t>Y QUY</w:t>
      </w:r>
      <w:r>
        <w:rPr>
          <w:b/>
        </w:rPr>
        <w:t>Ề</w:t>
      </w:r>
      <w:r>
        <w:rPr>
          <w:b/>
        </w:rPr>
        <w:t>N:</w:t>
      </w:r>
    </w:p>
    <w:p w14:paraId="64BDF60E" w14:textId="77777777" w:rsidR="00450890" w:rsidRDefault="00577AFA">
      <w:pPr>
        <w:spacing w:after="40"/>
      </w:pPr>
      <w:r>
        <w:t xml:space="preserve">Bên A </w:t>
      </w:r>
      <w:r>
        <w:t>ủ</w:t>
      </w:r>
      <w:r>
        <w:t>y quy</w:t>
      </w:r>
      <w:r>
        <w:t>ề</w:t>
      </w:r>
      <w:r>
        <w:t>n cho Bên B thay m</w:t>
      </w:r>
      <w:r>
        <w:t>ặ</w:t>
      </w:r>
      <w:r>
        <w:t>t và nhân danh Bên A th</w:t>
      </w:r>
      <w:r>
        <w:t>ự</w:t>
      </w:r>
      <w:r>
        <w:t>c hi</w:t>
      </w:r>
      <w:r>
        <w:t>ệ</w:t>
      </w:r>
      <w:r>
        <w:t>n các công vi</w:t>
      </w:r>
      <w:r>
        <w:t>ệ</w:t>
      </w:r>
      <w:r>
        <w:t>c sau t</w:t>
      </w:r>
      <w:r>
        <w:t>ạ</w:t>
      </w:r>
      <w:r>
        <w:t>i C</w:t>
      </w:r>
      <w:r>
        <w:t>ụ</w:t>
      </w:r>
      <w:r>
        <w:t>c S</w:t>
      </w:r>
      <w:r>
        <w:t>ở</w:t>
      </w:r>
      <w:r>
        <w:t xml:space="preserve"> h</w:t>
      </w:r>
      <w:r>
        <w:t>ữ</w:t>
      </w:r>
      <w:r>
        <w:t>u trí tu</w:t>
      </w:r>
      <w:r>
        <w:t>ệ</w:t>
      </w:r>
      <w:r>
        <w:t xml:space="preserve"> liên quan đ</w:t>
      </w:r>
      <w:r>
        <w:t>ế</w:t>
      </w:r>
      <w:r>
        <w:t>n vi</w:t>
      </w:r>
      <w:r>
        <w:t>ệ</w:t>
      </w:r>
      <w:r>
        <w:t>c đăng ký nhãn hi</w:t>
      </w:r>
      <w:r>
        <w:t>ệ</w:t>
      </w:r>
      <w:r>
        <w:t>u:</w:t>
      </w:r>
    </w:p>
    <w:p w14:paraId="6695653A" w14:textId="77777777" w:rsidR="00450890" w:rsidRDefault="00577AFA">
      <w:pPr>
        <w:spacing w:after="40"/>
      </w:pPr>
      <w:r>
        <w:t>- L</w:t>
      </w:r>
      <w:r>
        <w:t>ậ</w:t>
      </w:r>
      <w:r>
        <w:t>p, ký và n</w:t>
      </w:r>
      <w:r>
        <w:t>ộ</w:t>
      </w:r>
      <w:r>
        <w:t>p đơn đăng ký nhãn hi</w:t>
      </w:r>
      <w:r>
        <w:t>ệ</w:t>
      </w:r>
      <w:r>
        <w:t>u (ghi rõ tên nhãn hi</w:t>
      </w:r>
      <w:r>
        <w:t>ệ</w:t>
      </w:r>
      <w:r>
        <w:t>u, nhóm s</w:t>
      </w:r>
      <w:r>
        <w:t>ả</w:t>
      </w:r>
      <w:r>
        <w:t>n ph</w:t>
      </w:r>
      <w:r>
        <w:t>ẩ</w:t>
      </w:r>
      <w:r>
        <w:t>m/d</w:t>
      </w:r>
      <w:r>
        <w:t>ị</w:t>
      </w:r>
      <w:r>
        <w:t>ch v</w:t>
      </w:r>
      <w:r>
        <w:t>ụ</w:t>
      </w:r>
      <w:r>
        <w:t>):</w:t>
      </w:r>
    </w:p>
    <w:p w14:paraId="0C5962BA" w14:textId="77777777" w:rsidR="00450890" w:rsidRDefault="00577AFA">
      <w:pPr>
        <w:spacing w:after="40"/>
      </w:pPr>
      <w:r>
        <w:lastRenderedPageBreak/>
        <w:t>- S</w:t>
      </w:r>
      <w:r>
        <w:t>ử</w:t>
      </w:r>
      <w:r>
        <w:t>a đ</w:t>
      </w:r>
      <w:r>
        <w:t>ổ</w:t>
      </w:r>
      <w:r>
        <w:t>i, b</w:t>
      </w:r>
      <w:r>
        <w:t>ổ</w:t>
      </w:r>
      <w:r>
        <w:t xml:space="preserve"> sung, phân tách, chuy</w:t>
      </w:r>
      <w:r>
        <w:t>ể</w:t>
      </w:r>
      <w:r>
        <w:t>n đ</w:t>
      </w:r>
      <w:r>
        <w:t>ổ</w:t>
      </w:r>
      <w:r>
        <w:t>i ho</w:t>
      </w:r>
      <w:r>
        <w:t>ặ</w:t>
      </w:r>
      <w:r>
        <w:t>c rút đơn đăng ký nhãn hi</w:t>
      </w:r>
      <w:r>
        <w:t>ệ</w:t>
      </w:r>
      <w:r>
        <w:t>u;</w:t>
      </w:r>
    </w:p>
    <w:p w14:paraId="5C2D2853" w14:textId="77777777" w:rsidR="00450890" w:rsidRDefault="00577AFA">
      <w:pPr>
        <w:spacing w:after="40"/>
      </w:pPr>
      <w:r>
        <w:t>- Nh</w:t>
      </w:r>
      <w:r>
        <w:t>ậ</w:t>
      </w:r>
      <w:r>
        <w:t>n các thông báo, quy</w:t>
      </w:r>
      <w:r>
        <w:t>ế</w:t>
      </w:r>
      <w:r>
        <w:t>t đ</w:t>
      </w:r>
      <w:r>
        <w:t>ị</w:t>
      </w:r>
      <w:r>
        <w:t>nh c</w:t>
      </w:r>
      <w:r>
        <w:t>ủ</w:t>
      </w:r>
      <w:r>
        <w:t>a C</w:t>
      </w:r>
      <w:r>
        <w:t>ụ</w:t>
      </w:r>
      <w:r>
        <w:t>c S</w:t>
      </w:r>
      <w:r>
        <w:t>ở</w:t>
      </w:r>
      <w:r>
        <w:t xml:space="preserve"> h</w:t>
      </w:r>
      <w:r>
        <w:t>ữ</w:t>
      </w:r>
      <w:r>
        <w:t>u trí tu</w:t>
      </w:r>
      <w:r>
        <w:t>ệ</w:t>
      </w:r>
      <w:r>
        <w:t xml:space="preserve"> liên quan đ</w:t>
      </w:r>
      <w:r>
        <w:t>ế</w:t>
      </w:r>
      <w:r>
        <w:t>n đơn;</w:t>
      </w:r>
    </w:p>
    <w:p w14:paraId="4B70DF2E" w14:textId="77777777" w:rsidR="00450890" w:rsidRDefault="00577AFA">
      <w:pPr>
        <w:spacing w:after="40"/>
      </w:pPr>
      <w:r>
        <w:t>- N</w:t>
      </w:r>
      <w:r>
        <w:t>ộ</w:t>
      </w:r>
      <w:r>
        <w:t>p phí, l</w:t>
      </w:r>
      <w:r>
        <w:t>ệ</w:t>
      </w:r>
      <w:r>
        <w:t xml:space="preserve"> phí và các kho</w:t>
      </w:r>
      <w:r>
        <w:t>ả</w:t>
      </w:r>
      <w:r>
        <w:t>n chi phí liên quan đ</w:t>
      </w:r>
      <w:r>
        <w:t>ế</w:t>
      </w:r>
      <w:r>
        <w:t>n vi</w:t>
      </w:r>
      <w:r>
        <w:t>ệ</w:t>
      </w:r>
      <w:r>
        <w:t>c đăng ký;</w:t>
      </w:r>
    </w:p>
    <w:p w14:paraId="442EB82F" w14:textId="77777777" w:rsidR="00450890" w:rsidRDefault="00577AFA">
      <w:pPr>
        <w:spacing w:after="40"/>
      </w:pPr>
      <w:r>
        <w:t>- Nh</w:t>
      </w:r>
      <w:r>
        <w:t>ậ</w:t>
      </w:r>
      <w:r>
        <w:t>n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 xml:space="preserve">n đăng ký </w:t>
      </w:r>
      <w:r>
        <w:t>nhãn hi</w:t>
      </w:r>
      <w:r>
        <w:t>ệ</w:t>
      </w:r>
      <w:r>
        <w:t>u;</w:t>
      </w:r>
    </w:p>
    <w:p w14:paraId="4F5CC00F" w14:textId="77777777" w:rsidR="00450890" w:rsidRDefault="00577AFA">
      <w:pPr>
        <w:spacing w:after="40"/>
      </w:pPr>
      <w:r>
        <w:t>- Khi</w:t>
      </w:r>
      <w:r>
        <w:t>ế</w:t>
      </w:r>
      <w:r>
        <w:t>u n</w:t>
      </w:r>
      <w:r>
        <w:t>ạ</w:t>
      </w:r>
      <w:r>
        <w:t>i, tr</w:t>
      </w:r>
      <w:r>
        <w:t>ả</w:t>
      </w:r>
      <w:r>
        <w:t xml:space="preserve"> l</w:t>
      </w:r>
      <w:r>
        <w:t>ờ</w:t>
      </w:r>
      <w:r>
        <w:t>i thông báo và th</w:t>
      </w:r>
      <w:r>
        <w:t>ự</w:t>
      </w:r>
      <w:r>
        <w:t>c hi</w:t>
      </w:r>
      <w:r>
        <w:t>ệ</w:t>
      </w:r>
      <w:r>
        <w:t>n các th</w:t>
      </w:r>
      <w:r>
        <w:t>ủ</w:t>
      </w:r>
      <w:r>
        <w:t xml:space="preserve"> t</w:t>
      </w:r>
      <w:r>
        <w:t>ụ</w:t>
      </w:r>
      <w:r>
        <w:t>c liên quan khác trong ph</w:t>
      </w:r>
      <w:r>
        <w:t>ạ</w:t>
      </w:r>
      <w:r>
        <w:t xml:space="preserve">m vi </w:t>
      </w:r>
      <w:r>
        <w:t>ủ</w:t>
      </w:r>
      <w:r>
        <w:t>y quy</w:t>
      </w:r>
      <w:r>
        <w:t>ề</w:t>
      </w:r>
      <w:r>
        <w:t>n.</w:t>
      </w:r>
    </w:p>
    <w:p w14:paraId="3440E940" w14:textId="77777777" w:rsidR="00450890" w:rsidRDefault="00450890"/>
    <w:p w14:paraId="39410202" w14:textId="77777777" w:rsidR="00450890" w:rsidRDefault="00577AFA">
      <w:pPr>
        <w:spacing w:after="40"/>
      </w:pPr>
      <w:r>
        <w:rPr>
          <w:b/>
        </w:rPr>
        <w:t>TH</w:t>
      </w:r>
      <w:r>
        <w:rPr>
          <w:b/>
        </w:rPr>
        <w:t>Ờ</w:t>
      </w:r>
      <w:r>
        <w:rPr>
          <w:b/>
        </w:rPr>
        <w:t>I H</w:t>
      </w:r>
      <w:r>
        <w:rPr>
          <w:b/>
        </w:rPr>
        <w:t>Ạ</w:t>
      </w:r>
      <w:r>
        <w:rPr>
          <w:b/>
        </w:rPr>
        <w:t>N &amp; CAM K</w:t>
      </w:r>
      <w:r>
        <w:rPr>
          <w:b/>
        </w:rPr>
        <w:t>Ế</w:t>
      </w:r>
      <w:r>
        <w:rPr>
          <w:b/>
        </w:rPr>
        <w:t>T:</w:t>
      </w:r>
    </w:p>
    <w:p w14:paraId="0DF6E4B1" w14:textId="77777777" w:rsidR="00450890" w:rsidRDefault="00577AFA">
      <w:pPr>
        <w:spacing w:after="40"/>
      </w:pPr>
      <w:r>
        <w:t>Gi</w:t>
      </w:r>
      <w:r>
        <w:t>ấ</w:t>
      </w:r>
      <w:r>
        <w:t xml:space="preserve">y </w:t>
      </w:r>
      <w:r>
        <w:t>ủ</w:t>
      </w:r>
      <w:r>
        <w:t>y quy</w:t>
      </w:r>
      <w:r>
        <w:t>ề</w:t>
      </w:r>
      <w:r>
        <w:t>n có hi</w:t>
      </w:r>
      <w:r>
        <w:t>ệ</w:t>
      </w:r>
      <w:r>
        <w:t>u l</w:t>
      </w:r>
      <w:r>
        <w:t>ự</w:t>
      </w:r>
      <w:r>
        <w:t>c k</w:t>
      </w:r>
      <w:r>
        <w:t>ể</w:t>
      </w:r>
      <w:r>
        <w:t xml:space="preserve"> t</w:t>
      </w:r>
      <w:r>
        <w:t>ừ</w:t>
      </w:r>
      <w:r>
        <w:t xml:space="preserve"> ngày ký cho đ</w:t>
      </w:r>
      <w:r>
        <w:t>ế</w:t>
      </w:r>
      <w:r>
        <w:t>n khi hoàn t</w:t>
      </w:r>
      <w:r>
        <w:t>ấ</w:t>
      </w:r>
      <w:r>
        <w:t>t các công vi</w:t>
      </w:r>
      <w:r>
        <w:t>ệ</w:t>
      </w:r>
      <w:r>
        <w:t>c nêu trên ho</w:t>
      </w:r>
      <w:r>
        <w:t>ặ</w:t>
      </w:r>
      <w:r>
        <w:t>c đ</w:t>
      </w:r>
      <w:r>
        <w:t>ế</w:t>
      </w:r>
      <w:r>
        <w:t>n khi có văn b</w:t>
      </w:r>
      <w:r>
        <w:t>ả</w:t>
      </w:r>
      <w:r>
        <w:t>n thay th</w:t>
      </w:r>
      <w:r>
        <w:t>ế</w:t>
      </w:r>
      <w:r>
        <w:t>, ch</w:t>
      </w:r>
      <w:r>
        <w:t>ấ</w:t>
      </w:r>
      <w:r>
        <w:t>m d</w:t>
      </w:r>
      <w:r>
        <w:t>ứ</w:t>
      </w:r>
      <w:r>
        <w:t xml:space="preserve">t </w:t>
      </w:r>
      <w:r>
        <w:t>ủ</w:t>
      </w:r>
      <w:r>
        <w:t>y</w:t>
      </w:r>
      <w:r>
        <w:t xml:space="preserve"> quy</w:t>
      </w:r>
      <w:r>
        <w:t>ề</w:t>
      </w:r>
      <w:r>
        <w:t>n c</w:t>
      </w:r>
      <w:r>
        <w:t>ủ</w:t>
      </w:r>
      <w:r>
        <w:t>a Bên A.</w:t>
      </w:r>
    </w:p>
    <w:p w14:paraId="53B0053C" w14:textId="77777777" w:rsidR="00450890" w:rsidRDefault="00577AFA">
      <w:pPr>
        <w:spacing w:after="40"/>
      </w:pPr>
      <w:r>
        <w:t>Gi</w:t>
      </w:r>
      <w:r>
        <w:t>ấ</w:t>
      </w:r>
      <w:r>
        <w:t xml:space="preserve">y </w:t>
      </w:r>
      <w:r>
        <w:t>ủ</w:t>
      </w:r>
      <w:r>
        <w:t>y quy</w:t>
      </w:r>
      <w:r>
        <w:t>ề</w:t>
      </w:r>
      <w:r>
        <w:t>n l</w:t>
      </w:r>
      <w:r>
        <w:t>ậ</w:t>
      </w:r>
      <w:r>
        <w:t>p thành 02 b</w:t>
      </w:r>
      <w:r>
        <w:t>ả</w:t>
      </w:r>
      <w:r>
        <w:t>n, m</w:t>
      </w:r>
      <w:r>
        <w:t>ỗ</w:t>
      </w:r>
      <w:r>
        <w:t>i bên gi</w:t>
      </w:r>
      <w:r>
        <w:t>ữ</w:t>
      </w:r>
      <w:r>
        <w:t xml:space="preserve"> 01 b</w:t>
      </w:r>
      <w:r>
        <w:t>ả</w:t>
      </w:r>
      <w:r>
        <w:t>n có giá tr</w:t>
      </w:r>
      <w:r>
        <w:t>ị</w:t>
      </w:r>
      <w:r>
        <w:t xml:space="preserve"> pháp lý như nhau.</w:t>
      </w:r>
    </w:p>
    <w:p w14:paraId="22C5ABB6" w14:textId="77777777" w:rsidR="00450890" w:rsidRDefault="00450890"/>
    <w:p w14:paraId="14592196" w14:textId="77777777" w:rsidR="00450890" w:rsidRDefault="00577AFA">
      <w:pPr>
        <w:spacing w:after="40"/>
      </w:pPr>
      <w:r>
        <w:t>……, ngày …… tháng …… năm 20……</w:t>
      </w:r>
    </w:p>
    <w:p w14:paraId="3A6A415F" w14:textId="77777777" w:rsidR="00450890" w:rsidRDefault="0045089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450890" w14:paraId="253401A0" w14:textId="77777777">
        <w:trPr>
          <w:jc w:val="center"/>
        </w:trPr>
        <w:tc>
          <w:tcPr>
            <w:tcW w:w="4320" w:type="dxa"/>
          </w:tcPr>
          <w:p w14:paraId="195AB71A" w14:textId="77777777" w:rsidR="00450890" w:rsidRDefault="00577AFA">
            <w:pPr>
              <w:spacing w:after="0"/>
              <w:jc w:val="center"/>
            </w:pPr>
            <w:r>
              <w:t>BÊN NH</w:t>
            </w:r>
            <w:r>
              <w:t>Ậ</w:t>
            </w:r>
            <w:r>
              <w:t xml:space="preserve">N </w:t>
            </w:r>
            <w:r>
              <w:t>Ủ</w:t>
            </w:r>
            <w:r>
              <w:t>Y QUY</w:t>
            </w:r>
            <w:r>
              <w:t>Ề</w:t>
            </w:r>
            <w:r>
              <w:t>N</w:t>
            </w:r>
          </w:p>
          <w:p w14:paraId="482F0EE7" w14:textId="77777777" w:rsidR="00450890" w:rsidRDefault="00577AFA">
            <w:pPr>
              <w:spacing w:after="0"/>
              <w:jc w:val="center"/>
            </w:pPr>
            <w:r>
              <w:rPr>
                <w:b/>
              </w:rPr>
              <w:t>(Ký, ghi rõ h</w:t>
            </w:r>
            <w:r>
              <w:rPr>
                <w:b/>
              </w:rPr>
              <w:t>ọ</w:t>
            </w:r>
            <w:r>
              <w:rPr>
                <w:b/>
              </w:rPr>
              <w:t xml:space="preserve"> tên)</w:t>
            </w:r>
          </w:p>
        </w:tc>
        <w:tc>
          <w:tcPr>
            <w:tcW w:w="4320" w:type="dxa"/>
          </w:tcPr>
          <w:p w14:paraId="505B7F12" w14:textId="77777777" w:rsidR="00450890" w:rsidRDefault="00577AFA">
            <w:pPr>
              <w:spacing w:after="0"/>
              <w:jc w:val="center"/>
            </w:pPr>
            <w:r>
              <w:t xml:space="preserve">BÊN </w:t>
            </w:r>
            <w:r>
              <w:t>Ủ</w:t>
            </w:r>
            <w:r>
              <w:t>Y QUY</w:t>
            </w:r>
            <w:r>
              <w:t>Ề</w:t>
            </w:r>
            <w:r>
              <w:t>N</w:t>
            </w:r>
          </w:p>
          <w:p w14:paraId="6126B67F" w14:textId="77777777" w:rsidR="00450890" w:rsidRDefault="00577AFA">
            <w:pPr>
              <w:spacing w:after="0"/>
              <w:jc w:val="center"/>
            </w:pPr>
            <w:r>
              <w:rPr>
                <w:b/>
              </w:rPr>
              <w:t>(Ký, ghi rõ h</w:t>
            </w:r>
            <w:r>
              <w:rPr>
                <w:b/>
              </w:rPr>
              <w:t>ọ</w:t>
            </w:r>
            <w:r>
              <w:rPr>
                <w:b/>
              </w:rPr>
              <w:t xml:space="preserve"> tên, đóng d</w:t>
            </w:r>
            <w:r>
              <w:rPr>
                <w:b/>
              </w:rPr>
              <w:t>ấ</w:t>
            </w:r>
            <w:r>
              <w:rPr>
                <w:b/>
              </w:rPr>
              <w:t>u n</w:t>
            </w:r>
            <w:r>
              <w:rPr>
                <w:b/>
              </w:rPr>
              <w:t>ế</w:t>
            </w:r>
            <w:r>
              <w:rPr>
                <w:b/>
              </w:rPr>
              <w:t>u là t</w:t>
            </w:r>
            <w:r>
              <w:rPr>
                <w:b/>
              </w:rPr>
              <w:t>ổ</w:t>
            </w:r>
            <w:r>
              <w:rPr>
                <w:b/>
              </w:rPr>
              <w:t xml:space="preserve"> ch</w:t>
            </w:r>
            <w:r>
              <w:rPr>
                <w:b/>
              </w:rPr>
              <w:t>ứ</w:t>
            </w:r>
            <w:r>
              <w:rPr>
                <w:b/>
              </w:rPr>
              <w:t>c)</w:t>
            </w:r>
          </w:p>
        </w:tc>
      </w:tr>
    </w:tbl>
    <w:p w14:paraId="572F28A5" w14:textId="77777777" w:rsidR="00450890" w:rsidRDefault="00577AFA">
      <w:pPr>
        <w:spacing w:before="240"/>
      </w:pPr>
      <w:r>
        <w:rPr>
          <w:i/>
          <w:color w:val="888888"/>
          <w:sz w:val="20"/>
        </w:rPr>
        <w:t>Bi</w:t>
      </w:r>
      <w:r>
        <w:rPr>
          <w:i/>
          <w:color w:val="888888"/>
          <w:sz w:val="20"/>
        </w:rPr>
        <w:t>ể</w:t>
      </w:r>
      <w:r>
        <w:rPr>
          <w:i/>
          <w:color w:val="888888"/>
          <w:sz w:val="20"/>
        </w:rPr>
        <w:t>u m</w:t>
      </w:r>
      <w:r>
        <w:rPr>
          <w:i/>
          <w:color w:val="888888"/>
          <w:sz w:val="20"/>
        </w:rPr>
        <w:t>ẫ</w:t>
      </w:r>
      <w:r>
        <w:rPr>
          <w:i/>
          <w:color w:val="888888"/>
          <w:sz w:val="20"/>
        </w:rPr>
        <w:t>u cung c</w:t>
      </w:r>
      <w:r>
        <w:rPr>
          <w:i/>
          <w:color w:val="888888"/>
          <w:sz w:val="20"/>
        </w:rPr>
        <w:t>ấ</w:t>
      </w:r>
      <w:r>
        <w:rPr>
          <w:i/>
          <w:color w:val="888888"/>
          <w:sz w:val="20"/>
        </w:rPr>
        <w:t>p b</w:t>
      </w:r>
      <w:r>
        <w:rPr>
          <w:i/>
          <w:color w:val="888888"/>
          <w:sz w:val="20"/>
        </w:rPr>
        <w:t>ở</w:t>
      </w:r>
      <w:r>
        <w:rPr>
          <w:i/>
          <w:color w:val="888888"/>
          <w:sz w:val="20"/>
        </w:rPr>
        <w:t>i LTV Law</w:t>
      </w:r>
      <w:r>
        <w:rPr>
          <w:i/>
          <w:color w:val="888888"/>
          <w:sz w:val="20"/>
        </w:rPr>
        <w:t xml:space="preserve"> — ltvlaw.com</w:t>
      </w:r>
    </w:p>
    <w:sectPr w:rsidR="0045089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0890"/>
    <w:rsid w:val="00577AF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96FF2"/>
  <w14:defaultImageDpi w14:val="300"/>
  <w15:docId w15:val="{C6B8A4B3-2E53-4A98-A08B-77B04B08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 dat</cp:lastModifiedBy>
  <cp:revision>2</cp:revision>
  <dcterms:created xsi:type="dcterms:W3CDTF">2026-10-29T04:59:00Z</dcterms:created>
  <dcterms:modified xsi:type="dcterms:W3CDTF">2026-10-29T04:59:00Z</dcterms:modified>
  <cp:category/>
</cp:coreProperties>
</file>